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E6B" w:rsidRPr="006B4289" w:rsidRDefault="007405C3" w:rsidP="00F079F8">
      <w:pPr>
        <w:spacing w:after="40" w:line="240" w:lineRule="auto"/>
        <w:jc w:val="right"/>
        <w:rPr>
          <w:lang w:val="ru-RU"/>
        </w:rPr>
      </w:pPr>
      <w:r w:rsidRPr="006B4289">
        <w:rPr>
          <w:lang w:val="ru-RU"/>
        </w:rPr>
        <w:t xml:space="preserve">Приложение </w:t>
      </w:r>
      <w:bookmarkStart w:id="0" w:name="_GoBack"/>
      <w:bookmarkEnd w:id="0"/>
      <w:r w:rsidRPr="006B4289">
        <w:rPr>
          <w:lang w:val="ru-RU"/>
        </w:rPr>
        <w:t>№ 1</w:t>
      </w:r>
    </w:p>
    <w:p w:rsidR="00FE3E6B" w:rsidRPr="006B4289" w:rsidRDefault="007405C3">
      <w:pPr>
        <w:spacing w:after="40" w:line="240" w:lineRule="auto"/>
        <w:jc w:val="center"/>
        <w:rPr>
          <w:lang w:val="ru-RU"/>
        </w:rPr>
      </w:pPr>
      <w:r w:rsidRPr="006B4289">
        <w:rPr>
          <w:b/>
          <w:sz w:val="26"/>
          <w:lang w:val="ru-RU"/>
        </w:rPr>
        <w:t>ЗАЯВКА НА УЧАСТИЕ</w:t>
      </w:r>
      <w:r w:rsidRPr="006B4289">
        <w:rPr>
          <w:b/>
          <w:sz w:val="26"/>
          <w:lang w:val="ru-RU"/>
        </w:rPr>
        <w:br/>
        <w:t>в конкурсе рисунков «Свет Христова Рождества»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572"/>
        <w:gridCol w:w="5669"/>
      </w:tblGrid>
      <w:tr w:rsidR="00FE3E6B">
        <w:trPr>
          <w:cantSplit/>
          <w:jc w:val="center"/>
        </w:trPr>
        <w:tc>
          <w:tcPr>
            <w:tcW w:w="3572" w:type="dxa"/>
            <w:vAlign w:val="center"/>
          </w:tcPr>
          <w:p w:rsidR="00FE3E6B" w:rsidRDefault="007405C3">
            <w:pPr>
              <w:spacing w:before="60"/>
            </w:pPr>
            <w:r>
              <w:t>Фамилия, имя, отчество участника</w:t>
            </w:r>
          </w:p>
        </w:tc>
        <w:tc>
          <w:tcPr>
            <w:tcW w:w="5669" w:type="dxa"/>
            <w:vAlign w:val="center"/>
          </w:tcPr>
          <w:p w:rsidR="00FE3E6B" w:rsidRDefault="00FE3E6B">
            <w:pPr>
              <w:spacing w:before="60"/>
            </w:pPr>
          </w:p>
        </w:tc>
      </w:tr>
      <w:tr w:rsidR="00FE3E6B">
        <w:trPr>
          <w:cantSplit/>
          <w:jc w:val="center"/>
        </w:trPr>
        <w:tc>
          <w:tcPr>
            <w:tcW w:w="3572" w:type="dxa"/>
            <w:vAlign w:val="center"/>
          </w:tcPr>
          <w:p w:rsidR="00FE3E6B" w:rsidRDefault="007405C3">
            <w:pPr>
              <w:spacing w:before="60"/>
            </w:pPr>
            <w:r>
              <w:t>Дата рождения; возраст на 05.12.2026</w:t>
            </w:r>
          </w:p>
        </w:tc>
        <w:tc>
          <w:tcPr>
            <w:tcW w:w="5669" w:type="dxa"/>
            <w:vAlign w:val="center"/>
          </w:tcPr>
          <w:p w:rsidR="00FE3E6B" w:rsidRDefault="00FE3E6B">
            <w:pPr>
              <w:spacing w:before="60"/>
            </w:pPr>
          </w:p>
        </w:tc>
      </w:tr>
      <w:tr w:rsidR="00FE3E6B">
        <w:trPr>
          <w:cantSplit/>
          <w:jc w:val="center"/>
        </w:trPr>
        <w:tc>
          <w:tcPr>
            <w:tcW w:w="3572" w:type="dxa"/>
            <w:vAlign w:val="center"/>
          </w:tcPr>
          <w:p w:rsidR="00FE3E6B" w:rsidRDefault="007405C3">
            <w:pPr>
              <w:spacing w:before="60"/>
            </w:pPr>
            <w:r>
              <w:t>Возрастная категория</w:t>
            </w:r>
          </w:p>
        </w:tc>
        <w:tc>
          <w:tcPr>
            <w:tcW w:w="5669" w:type="dxa"/>
            <w:vAlign w:val="center"/>
          </w:tcPr>
          <w:p w:rsidR="00FE3E6B" w:rsidRDefault="007405C3">
            <w:pPr>
              <w:spacing w:before="60"/>
            </w:pPr>
            <w:r>
              <w:t>□ 6–8 лет     □ 9–13 лет     □ 14–18 лет</w:t>
            </w:r>
          </w:p>
        </w:tc>
      </w:tr>
      <w:tr w:rsidR="00FE3E6B">
        <w:trPr>
          <w:cantSplit/>
          <w:jc w:val="center"/>
        </w:trPr>
        <w:tc>
          <w:tcPr>
            <w:tcW w:w="3572" w:type="dxa"/>
            <w:vAlign w:val="center"/>
          </w:tcPr>
          <w:p w:rsidR="00FE3E6B" w:rsidRDefault="007405C3">
            <w:pPr>
              <w:spacing w:before="60"/>
            </w:pPr>
            <w:r>
              <w:t>Населённый пункт</w:t>
            </w:r>
          </w:p>
        </w:tc>
        <w:tc>
          <w:tcPr>
            <w:tcW w:w="5669" w:type="dxa"/>
            <w:vAlign w:val="center"/>
          </w:tcPr>
          <w:p w:rsidR="00FE3E6B" w:rsidRDefault="00FE3E6B">
            <w:pPr>
              <w:spacing w:before="60"/>
            </w:pPr>
          </w:p>
        </w:tc>
      </w:tr>
      <w:tr w:rsidR="00FE3E6B">
        <w:trPr>
          <w:cantSplit/>
          <w:jc w:val="center"/>
        </w:trPr>
        <w:tc>
          <w:tcPr>
            <w:tcW w:w="3572" w:type="dxa"/>
            <w:vAlign w:val="center"/>
          </w:tcPr>
          <w:p w:rsidR="00FE3E6B" w:rsidRDefault="007405C3">
            <w:pPr>
              <w:spacing w:before="60"/>
            </w:pPr>
            <w:r>
              <w:t>Образовательная организация (при наличии)</w:t>
            </w:r>
          </w:p>
        </w:tc>
        <w:tc>
          <w:tcPr>
            <w:tcW w:w="5669" w:type="dxa"/>
            <w:vAlign w:val="center"/>
          </w:tcPr>
          <w:p w:rsidR="00FE3E6B" w:rsidRDefault="00FE3E6B">
            <w:pPr>
              <w:spacing w:before="60"/>
            </w:pPr>
          </w:p>
        </w:tc>
      </w:tr>
      <w:tr w:rsidR="00FE3E6B" w:rsidRPr="00F079F8">
        <w:trPr>
          <w:cantSplit/>
          <w:jc w:val="center"/>
        </w:trPr>
        <w:tc>
          <w:tcPr>
            <w:tcW w:w="3572" w:type="dxa"/>
            <w:vAlign w:val="center"/>
          </w:tcPr>
          <w:p w:rsidR="00FE3E6B" w:rsidRPr="006B4289" w:rsidRDefault="007405C3">
            <w:pPr>
              <w:spacing w:before="60"/>
              <w:rPr>
                <w:lang w:val="ru-RU"/>
              </w:rPr>
            </w:pPr>
            <w:r w:rsidRPr="006B4289">
              <w:rPr>
                <w:lang w:val="ru-RU"/>
              </w:rPr>
              <w:t>Ф. И. О. педагога (если работа подаётся через педагога)</w:t>
            </w:r>
          </w:p>
        </w:tc>
        <w:tc>
          <w:tcPr>
            <w:tcW w:w="5669" w:type="dxa"/>
            <w:vAlign w:val="center"/>
          </w:tcPr>
          <w:p w:rsidR="00FE3E6B" w:rsidRPr="006B4289" w:rsidRDefault="00FE3E6B">
            <w:pPr>
              <w:spacing w:before="60"/>
              <w:rPr>
                <w:lang w:val="ru-RU"/>
              </w:rPr>
            </w:pPr>
          </w:p>
        </w:tc>
      </w:tr>
      <w:tr w:rsidR="00FE3E6B">
        <w:trPr>
          <w:cantSplit/>
          <w:jc w:val="center"/>
        </w:trPr>
        <w:tc>
          <w:tcPr>
            <w:tcW w:w="3572" w:type="dxa"/>
            <w:vAlign w:val="center"/>
          </w:tcPr>
          <w:p w:rsidR="00FE3E6B" w:rsidRDefault="007405C3">
            <w:pPr>
              <w:spacing w:before="60"/>
            </w:pPr>
            <w:r>
              <w:t>Название конкурсной работы</w:t>
            </w:r>
          </w:p>
        </w:tc>
        <w:tc>
          <w:tcPr>
            <w:tcW w:w="5669" w:type="dxa"/>
            <w:vAlign w:val="center"/>
          </w:tcPr>
          <w:p w:rsidR="00FE3E6B" w:rsidRDefault="00FE3E6B">
            <w:pPr>
              <w:spacing w:before="60"/>
            </w:pPr>
          </w:p>
        </w:tc>
      </w:tr>
      <w:tr w:rsidR="00FE3E6B">
        <w:trPr>
          <w:cantSplit/>
          <w:jc w:val="center"/>
        </w:trPr>
        <w:tc>
          <w:tcPr>
            <w:tcW w:w="3572" w:type="dxa"/>
            <w:vAlign w:val="center"/>
          </w:tcPr>
          <w:p w:rsidR="00FE3E6B" w:rsidRDefault="007405C3">
            <w:pPr>
              <w:spacing w:before="60"/>
            </w:pPr>
            <w:r>
              <w:t>Краткое описание сюжета (1–2 предложения)</w:t>
            </w:r>
          </w:p>
        </w:tc>
        <w:tc>
          <w:tcPr>
            <w:tcW w:w="5669" w:type="dxa"/>
            <w:vAlign w:val="center"/>
          </w:tcPr>
          <w:p w:rsidR="00FE3E6B" w:rsidRDefault="00FE3E6B">
            <w:pPr>
              <w:spacing w:before="60"/>
            </w:pPr>
          </w:p>
        </w:tc>
      </w:tr>
      <w:tr w:rsidR="00FE3E6B">
        <w:trPr>
          <w:cantSplit/>
          <w:jc w:val="center"/>
        </w:trPr>
        <w:tc>
          <w:tcPr>
            <w:tcW w:w="3572" w:type="dxa"/>
            <w:vAlign w:val="center"/>
          </w:tcPr>
          <w:p w:rsidR="00FE3E6B" w:rsidRDefault="007405C3">
            <w:pPr>
              <w:spacing w:before="60"/>
            </w:pPr>
            <w:r>
              <w:t>Техника; формат</w:t>
            </w:r>
          </w:p>
        </w:tc>
        <w:tc>
          <w:tcPr>
            <w:tcW w:w="5669" w:type="dxa"/>
            <w:vAlign w:val="center"/>
          </w:tcPr>
          <w:p w:rsidR="00FE3E6B" w:rsidRDefault="00FE3E6B">
            <w:pPr>
              <w:spacing w:before="60"/>
            </w:pPr>
          </w:p>
        </w:tc>
      </w:tr>
      <w:tr w:rsidR="00FE3E6B" w:rsidRPr="00F079F8">
        <w:trPr>
          <w:cantSplit/>
          <w:jc w:val="center"/>
        </w:trPr>
        <w:tc>
          <w:tcPr>
            <w:tcW w:w="3572" w:type="dxa"/>
            <w:vAlign w:val="center"/>
          </w:tcPr>
          <w:p w:rsidR="00FE3E6B" w:rsidRPr="006B4289" w:rsidRDefault="007405C3">
            <w:pPr>
              <w:spacing w:before="60"/>
              <w:rPr>
                <w:lang w:val="ru-RU"/>
              </w:rPr>
            </w:pPr>
            <w:r w:rsidRPr="006B4289">
              <w:rPr>
                <w:lang w:val="ru-RU"/>
              </w:rPr>
              <w:t>Ф. И. О. законного представителя</w:t>
            </w:r>
          </w:p>
        </w:tc>
        <w:tc>
          <w:tcPr>
            <w:tcW w:w="5669" w:type="dxa"/>
            <w:vAlign w:val="center"/>
          </w:tcPr>
          <w:p w:rsidR="00FE3E6B" w:rsidRPr="006B4289" w:rsidRDefault="00FE3E6B">
            <w:pPr>
              <w:spacing w:before="60"/>
              <w:rPr>
                <w:lang w:val="ru-RU"/>
              </w:rPr>
            </w:pPr>
          </w:p>
        </w:tc>
      </w:tr>
      <w:tr w:rsidR="00FE3E6B">
        <w:trPr>
          <w:cantSplit/>
          <w:jc w:val="center"/>
        </w:trPr>
        <w:tc>
          <w:tcPr>
            <w:tcW w:w="3572" w:type="dxa"/>
            <w:vAlign w:val="center"/>
          </w:tcPr>
          <w:p w:rsidR="00FE3E6B" w:rsidRDefault="007405C3">
            <w:pPr>
              <w:spacing w:before="60"/>
            </w:pPr>
            <w:r>
              <w:t>Телефон для связи</w:t>
            </w:r>
          </w:p>
        </w:tc>
        <w:tc>
          <w:tcPr>
            <w:tcW w:w="5669" w:type="dxa"/>
            <w:vAlign w:val="center"/>
          </w:tcPr>
          <w:p w:rsidR="00FE3E6B" w:rsidRDefault="00FE3E6B">
            <w:pPr>
              <w:spacing w:before="60"/>
            </w:pPr>
          </w:p>
        </w:tc>
      </w:tr>
      <w:tr w:rsidR="00FE3E6B">
        <w:trPr>
          <w:cantSplit/>
          <w:jc w:val="center"/>
        </w:trPr>
        <w:tc>
          <w:tcPr>
            <w:tcW w:w="3572" w:type="dxa"/>
            <w:vAlign w:val="center"/>
          </w:tcPr>
          <w:p w:rsidR="00FE3E6B" w:rsidRDefault="007405C3">
            <w:pPr>
              <w:spacing w:before="60"/>
            </w:pPr>
            <w:r>
              <w:t>Электронная почта (при наличии)</w:t>
            </w:r>
          </w:p>
        </w:tc>
        <w:tc>
          <w:tcPr>
            <w:tcW w:w="5669" w:type="dxa"/>
            <w:vAlign w:val="center"/>
          </w:tcPr>
          <w:p w:rsidR="00FE3E6B" w:rsidRDefault="00FE3E6B">
            <w:pPr>
              <w:spacing w:before="60"/>
            </w:pPr>
          </w:p>
        </w:tc>
      </w:tr>
    </w:tbl>
    <w:p w:rsidR="006B4289" w:rsidRDefault="006B4289" w:rsidP="006B4289">
      <w:pPr>
        <w:spacing w:after="40" w:line="300" w:lineRule="auto"/>
        <w:contextualSpacing/>
        <w:jc w:val="both"/>
        <w:rPr>
          <w:lang w:val="ru-RU"/>
        </w:rPr>
      </w:pPr>
    </w:p>
    <w:p w:rsidR="00FE3E6B" w:rsidRPr="006B4289" w:rsidRDefault="007405C3" w:rsidP="006B4289">
      <w:pPr>
        <w:spacing w:after="40" w:line="300" w:lineRule="auto"/>
        <w:ind w:firstLine="720"/>
        <w:contextualSpacing/>
        <w:jc w:val="both"/>
        <w:rPr>
          <w:lang w:val="ru-RU"/>
        </w:rPr>
      </w:pPr>
      <w:r w:rsidRPr="006B4289">
        <w:rPr>
          <w:lang w:val="ru-RU"/>
        </w:rPr>
        <w:t>Подтверждаю достоверность представленных сведений, ознакомление с Положением и самостоятельное выполнение рисунка участником.</w:t>
      </w:r>
    </w:p>
    <w:p w:rsidR="00FE3E6B" w:rsidRPr="006B4289" w:rsidRDefault="007405C3" w:rsidP="006B4289">
      <w:pPr>
        <w:spacing w:after="40" w:line="300" w:lineRule="auto"/>
        <w:ind w:firstLine="720"/>
        <w:contextualSpacing/>
        <w:jc w:val="both"/>
        <w:rPr>
          <w:lang w:val="ru-RU"/>
        </w:rPr>
      </w:pPr>
      <w:r w:rsidRPr="006B4289">
        <w:rPr>
          <w:lang w:val="ru-RU"/>
        </w:rPr>
        <w:t>Дата «___» __________ 2026 г.    Подпись законного представителя __________________</w:t>
      </w:r>
    </w:p>
    <w:p w:rsidR="006B4289" w:rsidRDefault="006B4289" w:rsidP="006B4289">
      <w:pPr>
        <w:spacing w:after="40" w:line="300" w:lineRule="auto"/>
        <w:contextualSpacing/>
        <w:jc w:val="both"/>
        <w:rPr>
          <w:i/>
          <w:lang w:val="ru-RU"/>
        </w:rPr>
      </w:pPr>
    </w:p>
    <w:p w:rsidR="00FE3E6B" w:rsidRPr="006B4289" w:rsidRDefault="007405C3" w:rsidP="006B4289">
      <w:pPr>
        <w:spacing w:after="40" w:line="300" w:lineRule="auto"/>
        <w:contextualSpacing/>
        <w:jc w:val="both"/>
        <w:rPr>
          <w:lang w:val="ru-RU"/>
        </w:rPr>
      </w:pPr>
      <w:r w:rsidRPr="006B4289">
        <w:rPr>
          <w:i/>
          <w:lang w:val="ru-RU"/>
        </w:rPr>
        <w:t>Примечание: заявку приложить к оригиналу рисунка; на лицевой стороне рисунка персональные данные не указывать.</w:t>
      </w:r>
    </w:p>
    <w:p w:rsidR="00FE3E6B" w:rsidRPr="006B4289" w:rsidRDefault="007405C3">
      <w:pPr>
        <w:spacing w:after="40" w:line="240" w:lineRule="auto"/>
        <w:rPr>
          <w:lang w:val="ru-RU"/>
        </w:rPr>
      </w:pPr>
      <w:r w:rsidRPr="006B4289">
        <w:rPr>
          <w:lang w:val="ru-RU"/>
        </w:rPr>
        <w:br w:type="page"/>
      </w:r>
    </w:p>
    <w:p w:rsidR="00FE3E6B" w:rsidRPr="006B4289" w:rsidRDefault="007405C3">
      <w:pPr>
        <w:spacing w:after="40" w:line="240" w:lineRule="auto"/>
        <w:jc w:val="right"/>
        <w:rPr>
          <w:lang w:val="ru-RU"/>
        </w:rPr>
      </w:pPr>
      <w:r w:rsidRPr="006B4289">
        <w:rPr>
          <w:lang w:val="ru-RU"/>
        </w:rPr>
        <w:lastRenderedPageBreak/>
        <w:t>Приложение № 2</w:t>
      </w:r>
    </w:p>
    <w:p w:rsidR="00FE3E6B" w:rsidRPr="006B4289" w:rsidRDefault="007405C3" w:rsidP="006B4289">
      <w:pPr>
        <w:spacing w:after="40" w:line="300" w:lineRule="auto"/>
        <w:ind w:firstLine="720"/>
        <w:contextualSpacing/>
        <w:jc w:val="center"/>
        <w:rPr>
          <w:lang w:val="ru-RU"/>
        </w:rPr>
      </w:pPr>
      <w:r w:rsidRPr="006B4289">
        <w:rPr>
          <w:b/>
          <w:sz w:val="24"/>
          <w:lang w:val="ru-RU"/>
        </w:rPr>
        <w:t>СОГЛАСИЕ ЗАКОННОГО ПРЕДСТАВИТЕЛЯ</w:t>
      </w:r>
      <w:r w:rsidRPr="006B4289">
        <w:rPr>
          <w:b/>
          <w:sz w:val="24"/>
          <w:lang w:val="ru-RU"/>
        </w:rPr>
        <w:br/>
        <w:t>на обработку</w:t>
      </w:r>
      <w:r w:rsidR="00C6448B">
        <w:rPr>
          <w:b/>
          <w:sz w:val="24"/>
          <w:lang w:val="ru-RU"/>
        </w:rPr>
        <w:t xml:space="preserve"> и публикацию</w:t>
      </w:r>
      <w:r w:rsidRPr="006B4289">
        <w:rPr>
          <w:b/>
          <w:sz w:val="24"/>
          <w:lang w:val="ru-RU"/>
        </w:rPr>
        <w:t xml:space="preserve"> персональных данных несовершеннолетнего участника</w:t>
      </w:r>
    </w:p>
    <w:p w:rsidR="00FE3E6B" w:rsidRPr="006B4289" w:rsidRDefault="007405C3" w:rsidP="006B4289">
      <w:pPr>
        <w:spacing w:after="40" w:line="300" w:lineRule="auto"/>
        <w:ind w:firstLine="720"/>
        <w:contextualSpacing/>
        <w:jc w:val="both"/>
        <w:rPr>
          <w:lang w:val="ru-RU"/>
        </w:rPr>
      </w:pPr>
      <w:r w:rsidRPr="006B4289">
        <w:rPr>
          <w:lang w:val="ru-RU"/>
        </w:rPr>
        <w:t>Я, ______________________________________________________________________,</w:t>
      </w:r>
    </w:p>
    <w:p w:rsidR="00FE3E6B" w:rsidRPr="006B4289" w:rsidRDefault="007405C3" w:rsidP="006B4289">
      <w:pPr>
        <w:spacing w:after="40" w:line="300" w:lineRule="auto"/>
        <w:ind w:firstLine="720"/>
        <w:contextualSpacing/>
        <w:jc w:val="both"/>
        <w:rPr>
          <w:lang w:val="ru-RU"/>
        </w:rPr>
      </w:pPr>
      <w:r w:rsidRPr="006B4289">
        <w:rPr>
          <w:lang w:val="ru-RU"/>
        </w:rPr>
        <w:t>(Ф. И. О. родителя / законного представителя)</w:t>
      </w:r>
    </w:p>
    <w:p w:rsidR="00FE3E6B" w:rsidRPr="006B4289" w:rsidRDefault="007405C3" w:rsidP="006B4289">
      <w:pPr>
        <w:spacing w:after="40" w:line="300" w:lineRule="auto"/>
        <w:ind w:firstLine="720"/>
        <w:contextualSpacing/>
        <w:jc w:val="both"/>
        <w:rPr>
          <w:lang w:val="ru-RU"/>
        </w:rPr>
      </w:pPr>
      <w:r w:rsidRPr="006B4289">
        <w:rPr>
          <w:lang w:val="ru-RU"/>
        </w:rPr>
        <w:t>действуя в интересах несовершеннолетнего _________________________________________,</w:t>
      </w:r>
    </w:p>
    <w:p w:rsidR="00FE3E6B" w:rsidRPr="006B4289" w:rsidRDefault="007405C3" w:rsidP="006B4289">
      <w:pPr>
        <w:spacing w:after="40" w:line="300" w:lineRule="auto"/>
        <w:ind w:firstLine="720"/>
        <w:contextualSpacing/>
        <w:jc w:val="both"/>
        <w:rPr>
          <w:lang w:val="ru-RU"/>
        </w:rPr>
      </w:pPr>
      <w:r w:rsidRPr="006B4289">
        <w:rPr>
          <w:lang w:val="ru-RU"/>
        </w:rPr>
        <w:t>(Ф. И. О. участника)</w:t>
      </w:r>
    </w:p>
    <w:p w:rsidR="00FE3E6B" w:rsidRPr="006B4289" w:rsidRDefault="007405C3" w:rsidP="006B4289">
      <w:pPr>
        <w:spacing w:after="40" w:line="300" w:lineRule="auto"/>
        <w:ind w:firstLine="720"/>
        <w:contextualSpacing/>
        <w:jc w:val="both"/>
        <w:rPr>
          <w:lang w:val="ru-RU"/>
        </w:rPr>
      </w:pPr>
      <w:r w:rsidRPr="006B4289">
        <w:rPr>
          <w:lang w:val="ru-RU"/>
        </w:rPr>
        <w:t>даю Магаданской епархии согласие на обработку указанных в заявке персональных данных ребёнка и моих контактных данных в целях регистрации заявки, оценки конкурсной работы, связи с участником, оформления наградных документов и организации награждения. Обработка включает сбор, запись, систематизацию, хранение, уточнение, использование и удаление данных; допускается бумажная и электронная форма обработки. Согласие действует до завершения организационных процедур Конкурса, но не позднее 31 января 2027 года, если иной срок хранения не предусмотрен законодательством. Согласие может быть отозвано письменным обращением к организатору по контактам в разделе 10 Положения; отзыв может сделать невозможным дальнейшее участие при отсутствии необходимых данных.</w:t>
      </w:r>
    </w:p>
    <w:p w:rsidR="00FE3E6B" w:rsidRPr="006B4289" w:rsidRDefault="007405C3" w:rsidP="006B4289">
      <w:pPr>
        <w:spacing w:after="40" w:line="300" w:lineRule="auto"/>
        <w:ind w:firstLine="720"/>
        <w:contextualSpacing/>
        <w:jc w:val="both"/>
        <w:rPr>
          <w:lang w:val="ru-RU"/>
        </w:rPr>
      </w:pPr>
      <w:r w:rsidRPr="006B4289">
        <w:rPr>
          <w:lang w:val="ru-RU"/>
        </w:rPr>
        <w:t>Согласен(на) на распространение сведений об авторе конкурсной работы: фамилии, имени, возраста, населённого пункта и образовательной организации (при наличии), в публикациях о Конкурсе, на сайте, в социальных сетях и в печатных материалах организатора.</w:t>
      </w:r>
    </w:p>
    <w:p w:rsidR="00FE3E6B" w:rsidRPr="006B4289" w:rsidRDefault="007405C3" w:rsidP="006B4289">
      <w:pPr>
        <w:spacing w:after="40" w:line="300" w:lineRule="auto"/>
        <w:ind w:firstLine="720"/>
        <w:contextualSpacing/>
        <w:jc w:val="both"/>
        <w:rPr>
          <w:lang w:val="ru-RU"/>
        </w:rPr>
      </w:pPr>
      <w:r w:rsidRPr="006B4289">
        <w:rPr>
          <w:lang w:val="ru-RU"/>
        </w:rPr>
        <w:t>Согласие на распространение персональных данных может быть отозвано в установленном законом порядке.</w:t>
      </w:r>
    </w:p>
    <w:p w:rsidR="00FE3E6B" w:rsidRPr="006B4289" w:rsidRDefault="007405C3" w:rsidP="00376DCD">
      <w:pPr>
        <w:spacing w:after="40" w:line="300" w:lineRule="auto"/>
        <w:ind w:firstLine="720"/>
        <w:contextualSpacing/>
        <w:jc w:val="both"/>
        <w:rPr>
          <w:lang w:val="ru-RU"/>
        </w:rPr>
      </w:pPr>
      <w:r w:rsidRPr="006B4289">
        <w:rPr>
          <w:lang w:val="ru-RU"/>
        </w:rPr>
        <w:t>Дата «___» __________ 2026 г.    Подпись __________________ / __________________</w:t>
      </w:r>
    </w:p>
    <w:sectPr w:rsidR="00FE3E6B" w:rsidRPr="006B4289" w:rsidSect="00034616">
      <w:pgSz w:w="12240" w:h="15840"/>
      <w:pgMar w:top="1134" w:right="107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95B" w:rsidRDefault="002D795B">
      <w:pPr>
        <w:spacing w:after="0" w:line="240" w:lineRule="auto"/>
      </w:pPr>
      <w:r>
        <w:separator/>
      </w:r>
    </w:p>
  </w:endnote>
  <w:endnote w:type="continuationSeparator" w:id="0">
    <w:p w:rsidR="002D795B" w:rsidRDefault="002D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95B" w:rsidRDefault="002D795B">
      <w:pPr>
        <w:spacing w:after="0" w:line="240" w:lineRule="auto"/>
      </w:pPr>
      <w:r>
        <w:separator/>
      </w:r>
    </w:p>
  </w:footnote>
  <w:footnote w:type="continuationSeparator" w:id="0">
    <w:p w:rsidR="002D795B" w:rsidRDefault="002D79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D795B"/>
    <w:rsid w:val="00326F90"/>
    <w:rsid w:val="00376DCD"/>
    <w:rsid w:val="006B4289"/>
    <w:rsid w:val="006D790A"/>
    <w:rsid w:val="007405C3"/>
    <w:rsid w:val="00AA1D8D"/>
    <w:rsid w:val="00B47730"/>
    <w:rsid w:val="00B66F97"/>
    <w:rsid w:val="00C6448B"/>
    <w:rsid w:val="00CB0664"/>
    <w:rsid w:val="00D67345"/>
    <w:rsid w:val="00F079F8"/>
    <w:rsid w:val="00FC693F"/>
    <w:rsid w:val="00FE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5951F7"/>
  <w14:defaultImageDpi w14:val="300"/>
  <w15:docId w15:val="{F1D89B68-1727-43C0-BD26-9081A3DB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Times New Roman" w:hAnsi="Times New Roman"/>
      <w:color w:val="252C35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E3D58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E3D58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1E3D58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376D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E4B0DA-A355-46EA-9FB7-36EB702F8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Информационный отдел</cp:lastModifiedBy>
  <cp:revision>2</cp:revision>
  <dcterms:created xsi:type="dcterms:W3CDTF">2026-10-22T04:11:00Z</dcterms:created>
  <dcterms:modified xsi:type="dcterms:W3CDTF">2026-10-22T04:11:00Z</dcterms:modified>
  <cp:category/>
</cp:coreProperties>
</file>