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393A" w:rsidRPr="001E7B89" w:rsidRDefault="007F5A26">
      <w:pPr>
        <w:spacing w:before="360"/>
        <w:jc w:val="center"/>
        <w:rPr>
          <w:lang w:val="ru-RU"/>
        </w:rPr>
      </w:pPr>
      <w:bookmarkStart w:id="0" w:name="_GoBack"/>
      <w:bookmarkEnd w:id="0"/>
      <w:r w:rsidRPr="001E7B89">
        <w:rPr>
          <w:b/>
          <w:sz w:val="32"/>
          <w:lang w:val="ru-RU"/>
        </w:rPr>
        <w:t>ЭЛЕКТРОННАЯ ЗАЯВКА</w:t>
      </w:r>
    </w:p>
    <w:p w:rsidR="0058393A" w:rsidRPr="001E7B89" w:rsidRDefault="007F5A26">
      <w:pPr>
        <w:jc w:val="center"/>
        <w:rPr>
          <w:lang w:val="ru-RU"/>
        </w:rPr>
      </w:pPr>
      <w:r w:rsidRPr="001E7B89">
        <w:rPr>
          <w:b/>
          <w:sz w:val="26"/>
          <w:lang w:val="ru-RU"/>
        </w:rPr>
        <w:t>на участие в онлайн-фотоконкурсе</w:t>
      </w:r>
      <w:r w:rsidRPr="001E7B89">
        <w:rPr>
          <w:b/>
          <w:sz w:val="26"/>
          <w:lang w:val="ru-RU"/>
        </w:rPr>
        <w:br/>
        <w:t>«Красота Колымы. Ценности вне времени»</w:t>
      </w:r>
    </w:p>
    <w:p w:rsidR="0058393A" w:rsidRPr="001E7B89" w:rsidRDefault="007F5A26">
      <w:pPr>
        <w:jc w:val="center"/>
        <w:rPr>
          <w:lang w:val="ru-RU"/>
        </w:rPr>
      </w:pPr>
      <w:r w:rsidRPr="001E7B89">
        <w:rPr>
          <w:lang w:val="ru-RU"/>
        </w:rPr>
        <w:t xml:space="preserve">в рамках </w:t>
      </w:r>
      <w:r>
        <w:t>XXVII</w:t>
      </w:r>
      <w:r w:rsidRPr="001E7B89">
        <w:rPr>
          <w:lang w:val="ru-RU"/>
        </w:rPr>
        <w:t xml:space="preserve"> областных Рождественских образовательных чтений</w:t>
      </w:r>
      <w:r w:rsidRPr="001E7B89">
        <w:rPr>
          <w:lang w:val="ru-RU"/>
        </w:rPr>
        <w:br/>
        <w:t>«Христианское учение о человеке и вызовы современных технологий»</w:t>
      </w:r>
    </w:p>
    <w:p w:rsidR="0058393A" w:rsidRDefault="007F5A26">
      <w:pPr>
        <w:spacing w:before="400"/>
        <w:jc w:val="center"/>
      </w:pPr>
      <w:r>
        <w:rPr>
          <w:noProof/>
          <w:lang w:val="ru-RU" w:eastAsia="ru-RU"/>
        </w:rPr>
        <w:drawing>
          <wp:inline distT="0" distB="0" distL="0" distR="0">
            <wp:extent cx="1944000" cy="19440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ocese_qr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944000" cy="19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393A" w:rsidRPr="001E7B89" w:rsidRDefault="007F5A26">
      <w:pPr>
        <w:spacing w:before="240"/>
        <w:jc w:val="center"/>
        <w:rPr>
          <w:lang w:val="ru-RU"/>
        </w:rPr>
      </w:pPr>
      <w:r w:rsidRPr="001E7B89">
        <w:rPr>
          <w:lang w:val="ru-RU"/>
        </w:rPr>
        <w:t xml:space="preserve">Отсканируйте </w:t>
      </w:r>
      <w:r>
        <w:t>QR</w:t>
      </w:r>
      <w:r w:rsidRPr="001E7B89">
        <w:rPr>
          <w:lang w:val="ru-RU"/>
        </w:rPr>
        <w:t>-код и заполните электронную заявку.</w:t>
      </w:r>
      <w:r w:rsidRPr="001E7B89">
        <w:rPr>
          <w:lang w:val="ru-RU"/>
        </w:rPr>
        <w:br/>
        <w:t>Прикрепите фотографию до 5 декабря 2026 года включительно.</w:t>
      </w:r>
    </w:p>
    <w:p w:rsidR="0058393A" w:rsidRPr="001E7B89" w:rsidRDefault="007F5A26">
      <w:pPr>
        <w:jc w:val="center"/>
        <w:rPr>
          <w:lang w:val="ru-RU"/>
        </w:rPr>
      </w:pPr>
      <w:r w:rsidRPr="001E7B89">
        <w:rPr>
          <w:lang w:val="ru-RU"/>
        </w:rPr>
        <w:t>Ссылка для регистрации:</w:t>
      </w:r>
    </w:p>
    <w:p w:rsidR="0058393A" w:rsidRPr="001E7B89" w:rsidRDefault="007F5A26">
      <w:pPr>
        <w:jc w:val="center"/>
        <w:rPr>
          <w:lang w:val="ru-RU"/>
        </w:rPr>
      </w:pPr>
      <w:r>
        <w:rPr>
          <w:b/>
          <w:color w:val="1C4688"/>
          <w:u w:val="single"/>
        </w:rPr>
        <w:t>https</w:t>
      </w:r>
      <w:r w:rsidRPr="001E7B89">
        <w:rPr>
          <w:b/>
          <w:color w:val="1C4688"/>
          <w:u w:val="single"/>
          <w:lang w:val="ru-RU"/>
        </w:rPr>
        <w:t>://</w:t>
      </w:r>
      <w:proofErr w:type="spellStart"/>
      <w:r>
        <w:rPr>
          <w:b/>
          <w:color w:val="1C4688"/>
          <w:u w:val="single"/>
        </w:rPr>
        <w:t>clck</w:t>
      </w:r>
      <w:proofErr w:type="spellEnd"/>
      <w:r w:rsidRPr="001E7B89">
        <w:rPr>
          <w:b/>
          <w:color w:val="1C4688"/>
          <w:u w:val="single"/>
          <w:lang w:val="ru-RU"/>
        </w:rPr>
        <w:t>.</w:t>
      </w:r>
      <w:proofErr w:type="spellStart"/>
      <w:r>
        <w:rPr>
          <w:b/>
          <w:color w:val="1C4688"/>
          <w:u w:val="single"/>
        </w:rPr>
        <w:t>ru</w:t>
      </w:r>
      <w:proofErr w:type="spellEnd"/>
      <w:r w:rsidRPr="001E7B89">
        <w:rPr>
          <w:b/>
          <w:color w:val="1C4688"/>
          <w:u w:val="single"/>
          <w:lang w:val="ru-RU"/>
        </w:rPr>
        <w:t>/3</w:t>
      </w:r>
      <w:proofErr w:type="spellStart"/>
      <w:r>
        <w:rPr>
          <w:b/>
          <w:color w:val="1C4688"/>
          <w:u w:val="single"/>
        </w:rPr>
        <w:t>WbWhg</w:t>
      </w:r>
      <w:proofErr w:type="spellEnd"/>
    </w:p>
    <w:sectPr w:rsidR="0058393A" w:rsidRPr="001E7B89" w:rsidSect="00034616">
      <w:headerReference w:type="default" r:id="rId9"/>
      <w:footerReference w:type="default" r:id="rId10"/>
      <w:pgSz w:w="12240" w:h="15840"/>
      <w:pgMar w:top="1077" w:right="1191" w:bottom="964" w:left="1474" w:header="510" w:footer="5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476A" w:rsidRDefault="00F9476A">
      <w:pPr>
        <w:spacing w:after="0" w:line="240" w:lineRule="auto"/>
      </w:pPr>
      <w:r>
        <w:separator/>
      </w:r>
    </w:p>
  </w:endnote>
  <w:endnote w:type="continuationSeparator" w:id="0">
    <w:p w:rsidR="00F9476A" w:rsidRDefault="00F94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393A" w:rsidRPr="001E7B89" w:rsidRDefault="007F5A26">
    <w:pPr>
      <w:pStyle w:val="a7"/>
      <w:jc w:val="center"/>
      <w:rPr>
        <w:lang w:val="ru-RU"/>
      </w:rPr>
    </w:pPr>
    <w:r w:rsidRPr="001E7B89">
      <w:rPr>
        <w:color w:val="646970"/>
        <w:sz w:val="18"/>
        <w:lang w:val="ru-RU"/>
      </w:rPr>
      <w:t xml:space="preserve">Магаданская </w:t>
    </w:r>
    <w:proofErr w:type="gramStart"/>
    <w:r w:rsidRPr="001E7B89">
      <w:rPr>
        <w:color w:val="646970"/>
        <w:sz w:val="18"/>
        <w:lang w:val="ru-RU"/>
      </w:rPr>
      <w:t>епархия  •</w:t>
    </w:r>
    <w:proofErr w:type="gramEnd"/>
    <w:r w:rsidRPr="001E7B89">
      <w:rPr>
        <w:color w:val="646970"/>
        <w:sz w:val="18"/>
        <w:lang w:val="ru-RU"/>
      </w:rPr>
      <w:t xml:space="preserve">  «Красота Колымы. Ценности вне времени»  •  </w:t>
    </w:r>
    <w:r>
      <w:fldChar w:fldCharType="begin"/>
    </w:r>
    <w:r>
      <w:instrText>PAGE</w:instrText>
    </w:r>
    <w:r>
      <w:fldChar w:fldCharType="separate"/>
    </w:r>
    <w:r w:rsidR="00FC7CA5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476A" w:rsidRDefault="00F9476A">
      <w:pPr>
        <w:spacing w:after="0" w:line="240" w:lineRule="auto"/>
      </w:pPr>
      <w:r>
        <w:separator/>
      </w:r>
    </w:p>
  </w:footnote>
  <w:footnote w:type="continuationSeparator" w:id="0">
    <w:p w:rsidR="00F9476A" w:rsidRDefault="00F94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393A" w:rsidRDefault="0058393A">
    <w:pPr>
      <w:pStyle w:val="a5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1E7B89"/>
    <w:rsid w:val="0029639D"/>
    <w:rsid w:val="00326F90"/>
    <w:rsid w:val="00506770"/>
    <w:rsid w:val="0058393A"/>
    <w:rsid w:val="007F5A26"/>
    <w:rsid w:val="00AA1D8D"/>
    <w:rsid w:val="00B47730"/>
    <w:rsid w:val="00CB0664"/>
    <w:rsid w:val="00F9476A"/>
    <w:rsid w:val="00FC693F"/>
    <w:rsid w:val="00FC7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92A0475"/>
  <w14:defaultImageDpi w14:val="300"/>
  <w15:docId w15:val="{86D7073B-6BBB-4726-85FE-F8CD6E371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100"/>
    </w:pPr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ectionCustom">
    <w:name w:val="SectionCustom"/>
    <w:basedOn w:val="a1"/>
    <w:pPr>
      <w:keepNext/>
      <w:spacing w:before="260" w:after="140"/>
    </w:pPr>
    <w:rPr>
      <w:b/>
      <w:sz w:val="26"/>
    </w:rPr>
  </w:style>
  <w:style w:type="paragraph" w:customStyle="1" w:styleId="ArticleCustom">
    <w:name w:val="ArticleCustom"/>
    <w:basedOn w:val="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668660B-8C1B-4754-B03C-53E17F175F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</Words>
  <Characters>323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378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Информационный отдел</cp:lastModifiedBy>
  <cp:revision>2</cp:revision>
  <dcterms:created xsi:type="dcterms:W3CDTF">2026-10-22T04:12:00Z</dcterms:created>
  <dcterms:modified xsi:type="dcterms:W3CDTF">2026-10-22T04:12:00Z</dcterms:modified>
  <cp:category/>
</cp:coreProperties>
</file>